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Arial" w:hAnsi="Arial"/>
          <w:b/>
          <w:color w:val="0F172A"/>
          <w:sz w:val="40"/>
        </w:rPr>
        <w:t>30-Point ATS Resume Checklist</w:t>
      </w:r>
    </w:p>
    <w:p>
      <w:pPr>
        <w:pStyle w:val="Subtitle"/>
      </w:pPr>
      <w:r>
        <w:rPr>
          <w:rFonts w:ascii="Arial" w:hAnsi="Arial"/>
          <w:color w:val="475569"/>
          <w:sz w:val="22"/>
        </w:rPr>
        <w:t>Review the actual file you will submit. A check means the statement is true.</w:t>
      </w:r>
    </w:p>
    <w:p>
      <w:r>
        <w:rPr>
          <w:b/>
          <w:color w:val="2563EB"/>
        </w:rPr>
        <w:t>JOBcamp practical resource</w:t>
      </w:r>
    </w:p>
    <w:p>
      <w:pPr>
        <w:pStyle w:val="Heading1"/>
      </w:pPr>
      <w:r>
        <w:t>Structure</w:t>
      </w:r>
    </w:p>
    <w:p>
      <w:r>
        <w:t>☐ Contact details are in the document body</w:t>
      </w:r>
    </w:p>
    <w:p>
      <w:r>
        <w:t>☐ Headings use familiar names</w:t>
      </w:r>
    </w:p>
    <w:p>
      <w:r>
        <w:t>☐ Experience is in a clear reading order</w:t>
      </w:r>
    </w:p>
    <w:p>
      <w:r>
        <w:t>☐ Every role has title, employer, and dates</w:t>
      </w:r>
    </w:p>
    <w:p>
      <w:r>
        <w:t>☐ Education is clearly labelled</w:t>
      </w:r>
    </w:p>
    <w:p>
      <w:r>
        <w:t>☐ Essential information is not in images</w:t>
      </w:r>
    </w:p>
    <w:p>
      <w:pPr>
        <w:pStyle w:val="Heading1"/>
      </w:pPr>
      <w:r>
        <w:t>Formatting</w:t>
      </w:r>
    </w:p>
    <w:p>
      <w:r>
        <w:t>☐ Layout is one column or parses correctly</w:t>
      </w:r>
    </w:p>
    <w:p>
      <w:r>
        <w:t>☐ Fonts and sizes are readable</w:t>
      </w:r>
    </w:p>
    <w:p>
      <w:r>
        <w:t>☐ No essential text boxes or skill bars</w:t>
      </w:r>
    </w:p>
    <w:p>
      <w:r>
        <w:t>☐ Bullets and dates are consistent</w:t>
      </w:r>
    </w:p>
    <w:p>
      <w:r>
        <w:t>☐ No hidden text</w:t>
      </w:r>
    </w:p>
    <w:p>
      <w:r>
        <w:t>☐ Page breaks are intentional</w:t>
      </w:r>
    </w:p>
    <w:p>
      <w:pPr>
        <w:pStyle w:val="Heading1"/>
      </w:pPr>
      <w:r>
        <w:t>Relevance</w:t>
      </w:r>
    </w:p>
    <w:p>
      <w:r>
        <w:t>☐ Target title language is accurate</w:t>
      </w:r>
    </w:p>
    <w:p>
      <w:r>
        <w:t>☐ Required skills I possess are present</w:t>
      </w:r>
    </w:p>
    <w:p>
      <w:r>
        <w:t>☐ Repeated requirements are addressed</w:t>
      </w:r>
    </w:p>
    <w:p>
      <w:r>
        <w:t>☐ Acronyms are clear</w:t>
      </w:r>
    </w:p>
    <w:p>
      <w:r>
        <w:t>☐ Irrelevant keyword lists are removed</w:t>
      </w:r>
    </w:p>
    <w:p>
      <w:r>
        <w:t>☐ Summary reflects the target role</w:t>
      </w:r>
    </w:p>
    <w:p>
      <w:pPr>
        <w:pStyle w:val="Heading1"/>
      </w:pPr>
      <w:r>
        <w:t>Evidence</w:t>
      </w:r>
    </w:p>
    <w:p>
      <w:r>
        <w:t>☐ Bullets start with clear actions</w:t>
      </w:r>
    </w:p>
    <w:p>
      <w:r>
        <w:t>☐ Scope is explained</w:t>
      </w:r>
    </w:p>
    <w:p>
      <w:r>
        <w:t>☐ Results are verified</w:t>
      </w:r>
    </w:p>
    <w:p>
      <w:r>
        <w:t>☐ Numbers have context</w:t>
      </w:r>
    </w:p>
    <w:p>
      <w:r>
        <w:t>☐ Adjectives are supported</w:t>
      </w:r>
    </w:p>
    <w:p>
      <w:r>
        <w:t>☐ Claims can be explained in an interview</w:t>
      </w:r>
    </w:p>
    <w:p>
      <w:pPr>
        <w:pStyle w:val="Heading1"/>
      </w:pPr>
      <w:r>
        <w:t>File</w:t>
      </w:r>
    </w:p>
    <w:p>
      <w:r>
        <w:t>☐ Requested file type is used</w:t>
      </w:r>
    </w:p>
    <w:p>
      <w:r>
        <w:t>☐ Filename is professional</w:t>
      </w:r>
    </w:p>
    <w:p>
      <w:r>
        <w:t>☐ Plain-text reading order is correct</w:t>
      </w:r>
    </w:p>
    <w:p>
      <w:r>
        <w:t>☐ Final export opens correctly</w:t>
      </w:r>
    </w:p>
    <w:p>
      <w:r>
        <w:t>☐ Links and contact details work</w:t>
      </w:r>
    </w:p>
    <w:p>
      <w:r>
        <w:t>☐ Spelling and dates were checked</w:t>
      </w:r>
    </w:p>
    <w:sectPr w:rsidR="00FC693F" w:rsidRPr="0006063C" w:rsidSect="00034616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300" w:lineRule="auto"/>
    </w:pPr>
    <w:rPr>
      <w:rFonts w:ascii="Arial" w:hAnsi="Arial"/>
      <w:color w:val="0F172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/>
      <w:outlineLvl w:val="0"/>
    </w:pPr>
    <w:rPr>
      <w:rFonts w:asciiTheme="majorHAnsi" w:eastAsiaTheme="majorEastAsia" w:hAnsiTheme="majorHAnsi" w:cstheme="majorBidi" w:ascii="Arial" w:hAnsi="Arial"/>
      <w:b/>
      <w:bCs/>
      <w:color w:val="2563E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 w:ascii="Arial" w:hAnsi="Arial"/>
      <w:b/>
      <w:bCs/>
      <w:color w:val="2563E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2563E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